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CBDB" w14:textId="77777777" w:rsidR="00DB372D" w:rsidRDefault="00000000">
      <w:pPr>
        <w:pStyle w:val="Heading1"/>
      </w:pPr>
      <w:r>
        <w:t>Discovery Call Worksheet for Coaches</w:t>
      </w:r>
    </w:p>
    <w:p w14:paraId="539A581D" w14:textId="77777777" w:rsidR="00DB372D" w:rsidRDefault="00000000">
      <w:pPr>
        <w:pStyle w:val="Heading2"/>
      </w:pPr>
      <w:r>
        <w:t>1. Client Info</w:t>
      </w:r>
    </w:p>
    <w:p w14:paraId="63333C48" w14:textId="77777777" w:rsidR="00DB372D" w:rsidRDefault="00000000">
      <w:pPr>
        <w:pStyle w:val="ListBullet"/>
      </w:pPr>
      <w:r>
        <w:t>Name:</w:t>
      </w:r>
      <w:r>
        <w:br/>
      </w:r>
    </w:p>
    <w:p w14:paraId="3F9C77A3" w14:textId="77777777" w:rsidR="00DB372D" w:rsidRDefault="00000000">
      <w:pPr>
        <w:pStyle w:val="ListBullet"/>
      </w:pPr>
      <w:r>
        <w:t>Email:</w:t>
      </w:r>
      <w:r>
        <w:br/>
      </w:r>
    </w:p>
    <w:p w14:paraId="70A68E1D" w14:textId="77777777" w:rsidR="00DB372D" w:rsidRDefault="00000000">
      <w:pPr>
        <w:pStyle w:val="ListBullet"/>
      </w:pPr>
      <w:r>
        <w:t>Phone:</w:t>
      </w:r>
      <w:r>
        <w:br/>
      </w:r>
    </w:p>
    <w:p w14:paraId="40A6EFF0" w14:textId="77777777" w:rsidR="00DB372D" w:rsidRDefault="00000000">
      <w:pPr>
        <w:pStyle w:val="ListBullet"/>
      </w:pPr>
      <w:r>
        <w:t>Discovery Call Date:</w:t>
      </w:r>
      <w:r>
        <w:br/>
      </w:r>
    </w:p>
    <w:p w14:paraId="5F4F9856" w14:textId="77777777" w:rsidR="00DB372D" w:rsidRDefault="00000000">
      <w:pPr>
        <w:pStyle w:val="ListBullet"/>
      </w:pPr>
      <w:r>
        <w:t>How did they find you?:</w:t>
      </w:r>
      <w:r>
        <w:br/>
      </w:r>
    </w:p>
    <w:p w14:paraId="0B940665" w14:textId="77777777" w:rsidR="00DB372D" w:rsidRDefault="00000000">
      <w:pPr>
        <w:pStyle w:val="ListBullet"/>
      </w:pPr>
      <w:r>
        <w:t>Program of Interest:</w:t>
      </w:r>
      <w:r>
        <w:br/>
      </w:r>
    </w:p>
    <w:p w14:paraId="48C5FA6D" w14:textId="77777777" w:rsidR="00DB372D" w:rsidRDefault="00000000">
      <w:pPr>
        <w:pStyle w:val="Heading2"/>
      </w:pPr>
      <w:r>
        <w:t>2. Call Goals</w:t>
      </w:r>
    </w:p>
    <w:p w14:paraId="6E25081A" w14:textId="77777777" w:rsidR="00DB372D" w:rsidRDefault="00000000">
      <w:pPr>
        <w:pStyle w:val="ListBullet"/>
      </w:pPr>
      <w:r>
        <w:t>What made you reach out today?</w:t>
      </w:r>
      <w:r>
        <w:br/>
        <w:t>Notes:</w:t>
      </w:r>
      <w:r>
        <w:br/>
      </w:r>
    </w:p>
    <w:p w14:paraId="1DB4CBDA" w14:textId="77777777" w:rsidR="00DB372D" w:rsidRDefault="00000000">
      <w:pPr>
        <w:pStyle w:val="ListBullet"/>
      </w:pPr>
      <w:r>
        <w:t>What are you struggling with the most right now?</w:t>
      </w:r>
      <w:r>
        <w:br/>
        <w:t>Notes:</w:t>
      </w:r>
      <w:r>
        <w:br/>
      </w:r>
    </w:p>
    <w:p w14:paraId="3BFD2E28" w14:textId="77777777" w:rsidR="00DB372D" w:rsidRDefault="00000000">
      <w:pPr>
        <w:pStyle w:val="ListBullet"/>
      </w:pPr>
      <w:r>
        <w:t>What’s the main goal you’d like to achieve through coaching?</w:t>
      </w:r>
      <w:r>
        <w:br/>
        <w:t>Notes:</w:t>
      </w:r>
      <w:r>
        <w:br/>
      </w:r>
    </w:p>
    <w:p w14:paraId="7AE084B4" w14:textId="77777777" w:rsidR="00DB372D" w:rsidRDefault="00000000">
      <w:pPr>
        <w:pStyle w:val="ListBullet"/>
      </w:pPr>
      <w:r>
        <w:t>What have you tried already?</w:t>
      </w:r>
      <w:r>
        <w:br/>
        <w:t>Notes:</w:t>
      </w:r>
      <w:r>
        <w:br/>
      </w:r>
    </w:p>
    <w:p w14:paraId="124FD4DF" w14:textId="77777777" w:rsidR="00DB372D" w:rsidRDefault="00000000">
      <w:pPr>
        <w:pStyle w:val="ListBullet"/>
      </w:pPr>
      <w:r>
        <w:t>What would success look like for you?</w:t>
      </w:r>
      <w:r>
        <w:br/>
        <w:t>Notes:</w:t>
      </w:r>
      <w:r>
        <w:br/>
      </w:r>
    </w:p>
    <w:p w14:paraId="1BA61CA5" w14:textId="77777777" w:rsidR="00DB372D" w:rsidRDefault="00000000">
      <w:pPr>
        <w:pStyle w:val="Heading2"/>
      </w:pPr>
      <w:r>
        <w:t>3. Fit Assessment</w:t>
      </w:r>
    </w:p>
    <w:p w14:paraId="4EA5B12B" w14:textId="77777777" w:rsidR="00DB372D" w:rsidRDefault="00000000">
      <w:pPr>
        <w:pStyle w:val="ListBullet"/>
      </w:pPr>
      <w:r>
        <w:t>Are they an ideal fit for your offer? (Yes / No / Maybe)</w:t>
      </w:r>
      <w:r>
        <w:br/>
      </w:r>
    </w:p>
    <w:p w14:paraId="458AA68C" w14:textId="77777777" w:rsidR="00DB372D" w:rsidRDefault="00000000">
      <w:pPr>
        <w:pStyle w:val="ListBullet"/>
      </w:pPr>
      <w:r>
        <w:t>Any red flags or deal breakers?</w:t>
      </w:r>
      <w:r>
        <w:br/>
      </w:r>
    </w:p>
    <w:p w14:paraId="73242039" w14:textId="77777777" w:rsidR="00DB372D" w:rsidRDefault="00000000">
      <w:pPr>
        <w:pStyle w:val="ListBullet"/>
      </w:pPr>
      <w:r>
        <w:t>Objections mentioned (price, time, etc.)</w:t>
      </w:r>
      <w:r>
        <w:br/>
      </w:r>
    </w:p>
    <w:p w14:paraId="4BF522F7" w14:textId="77777777" w:rsidR="00DB372D" w:rsidRDefault="00000000">
      <w:pPr>
        <w:pStyle w:val="ListBullet"/>
      </w:pPr>
      <w:r>
        <w:lastRenderedPageBreak/>
        <w:t>Coach's gut feeling (1–10)</w:t>
      </w:r>
      <w:r>
        <w:br/>
      </w:r>
    </w:p>
    <w:p w14:paraId="164B4C1A" w14:textId="77777777" w:rsidR="00DB372D" w:rsidRDefault="00000000">
      <w:pPr>
        <w:pStyle w:val="ListBullet"/>
      </w:pPr>
      <w:r>
        <w:t>Recommend follow-up? (Yes / No)</w:t>
      </w:r>
      <w:r>
        <w:br/>
      </w:r>
    </w:p>
    <w:p w14:paraId="61B34A46" w14:textId="77777777" w:rsidR="00DB372D" w:rsidRDefault="00000000">
      <w:pPr>
        <w:pStyle w:val="ListBullet"/>
      </w:pPr>
      <w:r>
        <w:t>If yes, when and how?</w:t>
      </w:r>
      <w:r>
        <w:br/>
      </w:r>
    </w:p>
    <w:p w14:paraId="36354E8D" w14:textId="77777777" w:rsidR="00DB372D" w:rsidRDefault="00000000">
      <w:pPr>
        <w:pStyle w:val="Heading2"/>
      </w:pPr>
      <w:r>
        <w:t>4. Coach Summary</w:t>
      </w:r>
    </w:p>
    <w:p w14:paraId="36133903" w14:textId="77777777" w:rsidR="00DB372D" w:rsidRDefault="00000000">
      <w:pPr>
        <w:pStyle w:val="ListBullet"/>
      </w:pPr>
      <w:r>
        <w:t>Summary of their situation:</w:t>
      </w:r>
      <w:r>
        <w:br/>
      </w:r>
    </w:p>
    <w:p w14:paraId="1A7EEE00" w14:textId="77777777" w:rsidR="00DB372D" w:rsidRDefault="00000000">
      <w:pPr>
        <w:pStyle w:val="ListBullet"/>
      </w:pPr>
      <w:r>
        <w:t>Summary of your recommendation:</w:t>
      </w:r>
      <w:r>
        <w:br/>
      </w:r>
    </w:p>
    <w:p w14:paraId="127D3B89" w14:textId="77777777" w:rsidR="00DB372D" w:rsidRDefault="00000000">
      <w:pPr>
        <w:pStyle w:val="ListBullet"/>
      </w:pPr>
      <w:r>
        <w:t>Packages discussed:</w:t>
      </w:r>
      <w:r>
        <w:br/>
      </w:r>
    </w:p>
    <w:p w14:paraId="6961BFD3" w14:textId="77777777" w:rsidR="00DB372D" w:rsidRDefault="00000000">
      <w:pPr>
        <w:pStyle w:val="ListBullet"/>
      </w:pPr>
      <w:r>
        <w:t>Price quoted:</w:t>
      </w:r>
      <w:r>
        <w:br/>
      </w:r>
    </w:p>
    <w:p w14:paraId="6608DF50" w14:textId="77777777" w:rsidR="00DB372D" w:rsidRDefault="00000000">
      <w:pPr>
        <w:pStyle w:val="ListBullet"/>
      </w:pPr>
      <w:r>
        <w:t>Did they commit? (Yes / No / Think it over):</w:t>
      </w:r>
      <w:r>
        <w:br/>
      </w:r>
    </w:p>
    <w:p w14:paraId="7D6BDBD9" w14:textId="77777777" w:rsidR="00DB372D" w:rsidRDefault="00000000">
      <w:pPr>
        <w:pStyle w:val="Heading2"/>
      </w:pPr>
      <w:r>
        <w:t>5. Action Steps &amp; Follow-Up</w:t>
      </w:r>
    </w:p>
    <w:p w14:paraId="2DDE013B" w14:textId="77777777" w:rsidR="00DB372D" w:rsidRDefault="00DB372D"/>
    <w:p w14:paraId="38E1EF67" w14:textId="77777777" w:rsidR="00DB372D" w:rsidRDefault="00000000">
      <w:pPr>
        <w:pStyle w:val="Heading2"/>
      </w:pPr>
      <w:r>
        <w:t>6. Optional Extras</w:t>
      </w:r>
    </w:p>
    <w:p w14:paraId="4EAA1A62" w14:textId="77777777" w:rsidR="00DB372D" w:rsidRDefault="00000000">
      <w:r>
        <w:t>- Pre-written follow-up email template</w:t>
      </w:r>
    </w:p>
    <w:p w14:paraId="6EC304E1" w14:textId="77777777" w:rsidR="00DB372D" w:rsidRDefault="00000000">
      <w:r>
        <w:t>- Checklist tab (for your internal process)</w:t>
      </w:r>
    </w:p>
    <w:p w14:paraId="4A9F1F6D" w14:textId="77777777" w:rsidR="00DB372D" w:rsidRDefault="00000000">
      <w:r>
        <w:t>- “Lead Stage” tracker (Hot, Warm, Cold, No Fit)</w:t>
      </w:r>
    </w:p>
    <w:p w14:paraId="558583D2" w14:textId="77777777" w:rsidR="00DB372D" w:rsidRDefault="00000000">
      <w:pPr>
        <w:pStyle w:val="Heading2"/>
      </w:pPr>
      <w:r>
        <w:t>5. Action Steps &amp; Follow-Up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DB372D" w14:paraId="4D0449E1" w14:textId="77777777">
        <w:tc>
          <w:tcPr>
            <w:tcW w:w="2160" w:type="dxa"/>
          </w:tcPr>
          <w:p w14:paraId="7E1EE65A" w14:textId="77777777" w:rsidR="00DB372D" w:rsidRDefault="00000000">
            <w:r>
              <w:t>Task</w:t>
            </w:r>
          </w:p>
        </w:tc>
        <w:tc>
          <w:tcPr>
            <w:tcW w:w="2160" w:type="dxa"/>
          </w:tcPr>
          <w:p w14:paraId="02780D73" w14:textId="77777777" w:rsidR="00DB372D" w:rsidRDefault="00000000">
            <w:r>
              <w:t>Assigned To</w:t>
            </w:r>
          </w:p>
        </w:tc>
        <w:tc>
          <w:tcPr>
            <w:tcW w:w="2160" w:type="dxa"/>
          </w:tcPr>
          <w:p w14:paraId="52A8A6E7" w14:textId="77777777" w:rsidR="00DB372D" w:rsidRDefault="00000000">
            <w:r>
              <w:t>Due Date</w:t>
            </w:r>
          </w:p>
        </w:tc>
        <w:tc>
          <w:tcPr>
            <w:tcW w:w="2160" w:type="dxa"/>
          </w:tcPr>
          <w:p w14:paraId="2B17D99E" w14:textId="77777777" w:rsidR="00DB372D" w:rsidRDefault="00000000">
            <w:r>
              <w:t>Status</w:t>
            </w:r>
          </w:p>
        </w:tc>
      </w:tr>
      <w:tr w:rsidR="00DB372D" w14:paraId="42BCFD58" w14:textId="77777777">
        <w:tc>
          <w:tcPr>
            <w:tcW w:w="2160" w:type="dxa"/>
          </w:tcPr>
          <w:p w14:paraId="38932185" w14:textId="77777777" w:rsidR="00DB372D" w:rsidRDefault="00DB372D"/>
        </w:tc>
        <w:tc>
          <w:tcPr>
            <w:tcW w:w="2160" w:type="dxa"/>
          </w:tcPr>
          <w:p w14:paraId="7F79AA8D" w14:textId="77777777" w:rsidR="00DB372D" w:rsidRDefault="00DB372D"/>
        </w:tc>
        <w:tc>
          <w:tcPr>
            <w:tcW w:w="2160" w:type="dxa"/>
          </w:tcPr>
          <w:p w14:paraId="7990EF1C" w14:textId="77777777" w:rsidR="00DB372D" w:rsidRDefault="00DB372D"/>
        </w:tc>
        <w:tc>
          <w:tcPr>
            <w:tcW w:w="2160" w:type="dxa"/>
          </w:tcPr>
          <w:p w14:paraId="48320A2B" w14:textId="77777777" w:rsidR="00DB372D" w:rsidRDefault="00DB372D"/>
        </w:tc>
      </w:tr>
      <w:tr w:rsidR="00DB372D" w14:paraId="3589F26B" w14:textId="77777777">
        <w:tc>
          <w:tcPr>
            <w:tcW w:w="2160" w:type="dxa"/>
          </w:tcPr>
          <w:p w14:paraId="674FFE1F" w14:textId="77777777" w:rsidR="00DB372D" w:rsidRDefault="00DB372D"/>
        </w:tc>
        <w:tc>
          <w:tcPr>
            <w:tcW w:w="2160" w:type="dxa"/>
          </w:tcPr>
          <w:p w14:paraId="02D4CD59" w14:textId="77777777" w:rsidR="00DB372D" w:rsidRDefault="00DB372D"/>
        </w:tc>
        <w:tc>
          <w:tcPr>
            <w:tcW w:w="2160" w:type="dxa"/>
          </w:tcPr>
          <w:p w14:paraId="38D679E4" w14:textId="77777777" w:rsidR="00DB372D" w:rsidRDefault="00DB372D"/>
        </w:tc>
        <w:tc>
          <w:tcPr>
            <w:tcW w:w="2160" w:type="dxa"/>
          </w:tcPr>
          <w:p w14:paraId="170F0044" w14:textId="77777777" w:rsidR="00DB372D" w:rsidRDefault="00DB372D"/>
        </w:tc>
      </w:tr>
      <w:tr w:rsidR="00DB372D" w14:paraId="32BFA3D1" w14:textId="77777777">
        <w:tc>
          <w:tcPr>
            <w:tcW w:w="2160" w:type="dxa"/>
          </w:tcPr>
          <w:p w14:paraId="0825B1D1" w14:textId="77777777" w:rsidR="00DB372D" w:rsidRDefault="00DB372D"/>
        </w:tc>
        <w:tc>
          <w:tcPr>
            <w:tcW w:w="2160" w:type="dxa"/>
          </w:tcPr>
          <w:p w14:paraId="29234238" w14:textId="77777777" w:rsidR="00DB372D" w:rsidRDefault="00DB372D"/>
        </w:tc>
        <w:tc>
          <w:tcPr>
            <w:tcW w:w="2160" w:type="dxa"/>
          </w:tcPr>
          <w:p w14:paraId="48B02706" w14:textId="77777777" w:rsidR="00DB372D" w:rsidRDefault="00DB372D"/>
        </w:tc>
        <w:tc>
          <w:tcPr>
            <w:tcW w:w="2160" w:type="dxa"/>
          </w:tcPr>
          <w:p w14:paraId="28D5F25D" w14:textId="77777777" w:rsidR="00DB372D" w:rsidRDefault="00DB372D"/>
        </w:tc>
      </w:tr>
      <w:tr w:rsidR="00DB372D" w14:paraId="2B387AD1" w14:textId="77777777">
        <w:tc>
          <w:tcPr>
            <w:tcW w:w="2160" w:type="dxa"/>
          </w:tcPr>
          <w:p w14:paraId="7CFC4E15" w14:textId="77777777" w:rsidR="00DB372D" w:rsidRDefault="00DB372D"/>
        </w:tc>
        <w:tc>
          <w:tcPr>
            <w:tcW w:w="2160" w:type="dxa"/>
          </w:tcPr>
          <w:p w14:paraId="764C6E91" w14:textId="77777777" w:rsidR="00DB372D" w:rsidRDefault="00DB372D"/>
        </w:tc>
        <w:tc>
          <w:tcPr>
            <w:tcW w:w="2160" w:type="dxa"/>
          </w:tcPr>
          <w:p w14:paraId="6D3AA2F0" w14:textId="77777777" w:rsidR="00DB372D" w:rsidRDefault="00DB372D"/>
        </w:tc>
        <w:tc>
          <w:tcPr>
            <w:tcW w:w="2160" w:type="dxa"/>
          </w:tcPr>
          <w:p w14:paraId="7D89D189" w14:textId="77777777" w:rsidR="00DB372D" w:rsidRDefault="00DB372D"/>
        </w:tc>
      </w:tr>
      <w:tr w:rsidR="00DB372D" w14:paraId="268E5599" w14:textId="77777777">
        <w:tc>
          <w:tcPr>
            <w:tcW w:w="2160" w:type="dxa"/>
          </w:tcPr>
          <w:p w14:paraId="30CC7C1E" w14:textId="77777777" w:rsidR="00DB372D" w:rsidRDefault="00DB372D"/>
        </w:tc>
        <w:tc>
          <w:tcPr>
            <w:tcW w:w="2160" w:type="dxa"/>
          </w:tcPr>
          <w:p w14:paraId="2FC25CB9" w14:textId="77777777" w:rsidR="00DB372D" w:rsidRDefault="00DB372D"/>
        </w:tc>
        <w:tc>
          <w:tcPr>
            <w:tcW w:w="2160" w:type="dxa"/>
          </w:tcPr>
          <w:p w14:paraId="4E6BE62B" w14:textId="77777777" w:rsidR="00DB372D" w:rsidRDefault="00DB372D"/>
        </w:tc>
        <w:tc>
          <w:tcPr>
            <w:tcW w:w="2160" w:type="dxa"/>
          </w:tcPr>
          <w:p w14:paraId="1C69EBF8" w14:textId="77777777" w:rsidR="00DB372D" w:rsidRDefault="00DB372D"/>
        </w:tc>
      </w:tr>
    </w:tbl>
    <w:p w14:paraId="3D769384" w14:textId="77777777" w:rsidR="003C2264" w:rsidRDefault="003C2264"/>
    <w:sectPr w:rsidR="003C226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0749548">
    <w:abstractNumId w:val="8"/>
  </w:num>
  <w:num w:numId="2" w16cid:durableId="106779495">
    <w:abstractNumId w:val="6"/>
  </w:num>
  <w:num w:numId="3" w16cid:durableId="770782711">
    <w:abstractNumId w:val="5"/>
  </w:num>
  <w:num w:numId="4" w16cid:durableId="680083831">
    <w:abstractNumId w:val="4"/>
  </w:num>
  <w:num w:numId="5" w16cid:durableId="2072386959">
    <w:abstractNumId w:val="7"/>
  </w:num>
  <w:num w:numId="6" w16cid:durableId="1562324683">
    <w:abstractNumId w:val="3"/>
  </w:num>
  <w:num w:numId="7" w16cid:durableId="829834286">
    <w:abstractNumId w:val="2"/>
  </w:num>
  <w:num w:numId="8" w16cid:durableId="1146240731">
    <w:abstractNumId w:val="1"/>
  </w:num>
  <w:num w:numId="9" w16cid:durableId="189446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4939"/>
    <w:rsid w:val="0029639D"/>
    <w:rsid w:val="00326F90"/>
    <w:rsid w:val="003C2264"/>
    <w:rsid w:val="00A026A1"/>
    <w:rsid w:val="00AA1D8D"/>
    <w:rsid w:val="00B47730"/>
    <w:rsid w:val="00CB0664"/>
    <w:rsid w:val="00DB37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2C8AEC"/>
  <w14:defaultImageDpi w14:val="300"/>
  <w15:docId w15:val="{D408B885-659D-A841-9CE6-FBB0EFDF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Irving</cp:lastModifiedBy>
  <cp:revision>2</cp:revision>
  <dcterms:created xsi:type="dcterms:W3CDTF">2025-07-20T21:28:00Z</dcterms:created>
  <dcterms:modified xsi:type="dcterms:W3CDTF">2025-07-20T21:28:00Z</dcterms:modified>
  <cp:category/>
</cp:coreProperties>
</file>